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C5B9" w14:textId="57212D69" w:rsidR="00EC132A" w:rsidRDefault="00583910" w:rsidP="00EC132A">
      <w:pPr>
        <w:spacing w:after="40"/>
        <w:jc w:val="center"/>
        <w:rPr>
          <w:rFonts w:ascii="Times New Roman" w:eastAsia="標楷體" w:hAnsi="Times New Roman"/>
          <w:sz w:val="24"/>
          <w:szCs w:val="24"/>
        </w:rPr>
      </w:pPr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>國立中山大學國際學生校外實習獎勵申請表</w:t>
      </w:r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br/>
      </w:r>
      <w:r w:rsidRPr="00EC132A">
        <w:rPr>
          <w:rFonts w:ascii="Times New Roman" w:eastAsia="標楷體" w:hAnsi="Times New Roman"/>
          <w:b/>
          <w:color w:val="4682B4"/>
          <w:sz w:val="24"/>
          <w:szCs w:val="24"/>
        </w:rPr>
        <w:t>NSYSU International Student Off-Campus Internship Incentive Application Form</w:t>
      </w:r>
      <w:r w:rsidR="00EC132A">
        <w:rPr>
          <w:rFonts w:ascii="Times New Roman" w:eastAsia="標楷體" w:hAnsi="Times New Roman"/>
          <w:b/>
          <w:color w:val="4682B4"/>
          <w:sz w:val="24"/>
          <w:szCs w:val="24"/>
        </w:rPr>
        <w:br/>
      </w:r>
    </w:p>
    <w:p w14:paraId="76F3AA8A" w14:textId="546613BB" w:rsidR="004B3714" w:rsidRPr="00EC132A" w:rsidRDefault="00583910" w:rsidP="00EC132A">
      <w:pPr>
        <w:spacing w:after="40"/>
        <w:rPr>
          <w:rFonts w:ascii="Times New Roman" w:eastAsia="標楷體" w:hAnsi="Times New Roman"/>
          <w:sz w:val="24"/>
          <w:szCs w:val="24"/>
        </w:rPr>
      </w:pPr>
      <w:proofErr w:type="spellStart"/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>一、申請人基本資料</w:t>
      </w:r>
      <w:proofErr w:type="spellEnd"/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 xml:space="preserve"> </w:t>
      </w:r>
      <w:r w:rsidRPr="00EC132A">
        <w:rPr>
          <w:rFonts w:ascii="Times New Roman" w:eastAsia="標楷體" w:hAnsi="Times New Roman"/>
          <w:b/>
          <w:i/>
          <w:color w:val="4682B4"/>
          <w:sz w:val="24"/>
          <w:szCs w:val="24"/>
        </w:rPr>
        <w:t>/ Basic Applicant Information</w:t>
      </w:r>
    </w:p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4045"/>
        <w:gridCol w:w="5761"/>
      </w:tblGrid>
      <w:tr w:rsidR="004B3714" w:rsidRPr="00EC132A" w14:paraId="614F16B9" w14:textId="77777777" w:rsidTr="00EC132A">
        <w:trPr>
          <w:trHeight w:val="468"/>
        </w:trPr>
        <w:tc>
          <w:tcPr>
            <w:tcW w:w="4045" w:type="dxa"/>
          </w:tcPr>
          <w:p w14:paraId="34F9AE66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姓名</w:t>
            </w:r>
            <w:proofErr w:type="spellEnd"/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Full Name</w:t>
            </w:r>
          </w:p>
        </w:tc>
        <w:tc>
          <w:tcPr>
            <w:tcW w:w="5761" w:type="dxa"/>
          </w:tcPr>
          <w:p w14:paraId="69A45B4A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5A7FF076" w14:textId="77777777" w:rsidTr="00EC132A">
        <w:trPr>
          <w:trHeight w:val="491"/>
        </w:trPr>
        <w:tc>
          <w:tcPr>
            <w:tcW w:w="4045" w:type="dxa"/>
          </w:tcPr>
          <w:p w14:paraId="3227A62D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學號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Student ID</w:t>
            </w:r>
          </w:p>
        </w:tc>
        <w:tc>
          <w:tcPr>
            <w:tcW w:w="5761" w:type="dxa"/>
          </w:tcPr>
          <w:p w14:paraId="361EE690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3D4FC0CE" w14:textId="77777777" w:rsidTr="00EC132A">
        <w:trPr>
          <w:trHeight w:val="468"/>
        </w:trPr>
        <w:tc>
          <w:tcPr>
            <w:tcW w:w="4045" w:type="dxa"/>
          </w:tcPr>
          <w:p w14:paraId="7938CA03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國籍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Nationality</w:t>
            </w:r>
          </w:p>
        </w:tc>
        <w:tc>
          <w:tcPr>
            <w:tcW w:w="5761" w:type="dxa"/>
          </w:tcPr>
          <w:p w14:paraId="12AACB8E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161C902A" w14:textId="77777777" w:rsidTr="00EC132A">
        <w:trPr>
          <w:trHeight w:val="983"/>
        </w:trPr>
        <w:tc>
          <w:tcPr>
            <w:tcW w:w="4045" w:type="dxa"/>
          </w:tcPr>
          <w:p w14:paraId="37A47DD9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身分別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Student Status</w:t>
            </w:r>
          </w:p>
        </w:tc>
        <w:tc>
          <w:tcPr>
            <w:tcW w:w="5761" w:type="dxa"/>
          </w:tcPr>
          <w:p w14:paraId="3C7CAD99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外籍生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International Student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br/>
            </w:r>
            <w:r w:rsidRPr="00EC132A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僑生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Overseas Chinese Student</w:t>
            </w:r>
          </w:p>
        </w:tc>
      </w:tr>
      <w:tr w:rsidR="004B3714" w:rsidRPr="00EC132A" w14:paraId="1F64C1B6" w14:textId="77777777" w:rsidTr="00EC132A">
        <w:trPr>
          <w:trHeight w:val="468"/>
        </w:trPr>
        <w:tc>
          <w:tcPr>
            <w:tcW w:w="4045" w:type="dxa"/>
          </w:tcPr>
          <w:p w14:paraId="60D35CF8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就讀學院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College</w:t>
            </w:r>
          </w:p>
        </w:tc>
        <w:tc>
          <w:tcPr>
            <w:tcW w:w="5761" w:type="dxa"/>
          </w:tcPr>
          <w:p w14:paraId="27A27B66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2A7B915A" w14:textId="77777777" w:rsidTr="00EC132A">
        <w:trPr>
          <w:trHeight w:val="491"/>
        </w:trPr>
        <w:tc>
          <w:tcPr>
            <w:tcW w:w="4045" w:type="dxa"/>
          </w:tcPr>
          <w:p w14:paraId="77682BCB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就讀系所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Department / Program</w:t>
            </w:r>
          </w:p>
        </w:tc>
        <w:tc>
          <w:tcPr>
            <w:tcW w:w="5761" w:type="dxa"/>
          </w:tcPr>
          <w:p w14:paraId="7265124A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473F3057" w14:textId="77777777" w:rsidTr="00EC132A">
        <w:trPr>
          <w:trHeight w:val="468"/>
        </w:trPr>
        <w:tc>
          <w:tcPr>
            <w:tcW w:w="4045" w:type="dxa"/>
          </w:tcPr>
          <w:p w14:paraId="6183F5E5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年級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Academic Year</w:t>
            </w:r>
          </w:p>
        </w:tc>
        <w:tc>
          <w:tcPr>
            <w:tcW w:w="5761" w:type="dxa"/>
          </w:tcPr>
          <w:p w14:paraId="1E7D47FB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4E9645DD" w14:textId="77777777" w:rsidTr="00EC132A">
        <w:trPr>
          <w:trHeight w:val="491"/>
        </w:trPr>
        <w:tc>
          <w:tcPr>
            <w:tcW w:w="4045" w:type="dxa"/>
          </w:tcPr>
          <w:p w14:paraId="5E2E505F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電子郵件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Email</w:t>
            </w:r>
          </w:p>
        </w:tc>
        <w:tc>
          <w:tcPr>
            <w:tcW w:w="5761" w:type="dxa"/>
          </w:tcPr>
          <w:p w14:paraId="31CE3364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24A23688" w14:textId="77777777" w:rsidTr="00EC132A">
        <w:trPr>
          <w:trHeight w:val="468"/>
        </w:trPr>
        <w:tc>
          <w:tcPr>
            <w:tcW w:w="4045" w:type="dxa"/>
          </w:tcPr>
          <w:p w14:paraId="76031483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聯絡電話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Phone Number</w:t>
            </w:r>
          </w:p>
        </w:tc>
        <w:tc>
          <w:tcPr>
            <w:tcW w:w="5761" w:type="dxa"/>
          </w:tcPr>
          <w:p w14:paraId="6F36CEA3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</w:tbl>
    <w:p w14:paraId="7BECB99E" w14:textId="77777777" w:rsidR="00EC132A" w:rsidRDefault="00EC132A" w:rsidP="00EC132A">
      <w:pPr>
        <w:spacing w:after="40"/>
        <w:rPr>
          <w:rFonts w:ascii="Times New Roman" w:eastAsia="標楷體" w:hAnsi="Times New Roman"/>
          <w:b/>
          <w:color w:val="003366"/>
          <w:sz w:val="24"/>
          <w:szCs w:val="24"/>
        </w:rPr>
      </w:pPr>
    </w:p>
    <w:p w14:paraId="7E12C7DC" w14:textId="5023792E" w:rsidR="004B3714" w:rsidRPr="00EC132A" w:rsidRDefault="00583910" w:rsidP="00EC132A">
      <w:pPr>
        <w:spacing w:after="40"/>
        <w:rPr>
          <w:rFonts w:ascii="Times New Roman" w:eastAsia="標楷體" w:hAnsi="Times New Roman"/>
          <w:sz w:val="24"/>
          <w:szCs w:val="24"/>
        </w:rPr>
      </w:pPr>
      <w:proofErr w:type="spellStart"/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>二、校外實習資料</w:t>
      </w:r>
      <w:proofErr w:type="spellEnd"/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 xml:space="preserve"> </w:t>
      </w:r>
      <w:r w:rsidRPr="00EC132A">
        <w:rPr>
          <w:rFonts w:ascii="Times New Roman" w:eastAsia="標楷體" w:hAnsi="Times New Roman"/>
          <w:b/>
          <w:i/>
          <w:color w:val="4682B4"/>
          <w:sz w:val="24"/>
          <w:szCs w:val="24"/>
        </w:rPr>
        <w:t>/ Internship Details</w:t>
      </w:r>
    </w:p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3656"/>
        <w:gridCol w:w="6148"/>
      </w:tblGrid>
      <w:tr w:rsidR="004B3714" w:rsidRPr="00EC132A" w14:paraId="605BFA4D" w14:textId="77777777" w:rsidTr="00EC132A">
        <w:trPr>
          <w:trHeight w:val="560"/>
        </w:trPr>
        <w:tc>
          <w:tcPr>
            <w:tcW w:w="3656" w:type="dxa"/>
          </w:tcPr>
          <w:p w14:paraId="2D49AA4F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實習單位名稱</w:t>
            </w:r>
            <w:proofErr w:type="spellEnd"/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Host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Organization</w:t>
            </w:r>
          </w:p>
        </w:tc>
        <w:tc>
          <w:tcPr>
            <w:tcW w:w="6148" w:type="dxa"/>
          </w:tcPr>
          <w:p w14:paraId="7E175670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3F7945E1" w14:textId="77777777" w:rsidTr="00EC132A">
        <w:trPr>
          <w:trHeight w:val="588"/>
        </w:trPr>
        <w:tc>
          <w:tcPr>
            <w:tcW w:w="3656" w:type="dxa"/>
          </w:tcPr>
          <w:p w14:paraId="439E404D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公司／機構所在地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Location</w:t>
            </w:r>
          </w:p>
        </w:tc>
        <w:tc>
          <w:tcPr>
            <w:tcW w:w="6148" w:type="dxa"/>
          </w:tcPr>
          <w:p w14:paraId="2915AC21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21A51D79" w14:textId="77777777" w:rsidTr="00EC132A">
        <w:trPr>
          <w:trHeight w:val="560"/>
        </w:trPr>
        <w:tc>
          <w:tcPr>
            <w:tcW w:w="3656" w:type="dxa"/>
          </w:tcPr>
          <w:p w14:paraId="2A7AA50D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實習部門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Department</w:t>
            </w:r>
          </w:p>
        </w:tc>
        <w:tc>
          <w:tcPr>
            <w:tcW w:w="6148" w:type="dxa"/>
          </w:tcPr>
          <w:p w14:paraId="3E1AB52C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2A0FC7EF" w14:textId="77777777" w:rsidTr="00EC132A">
        <w:trPr>
          <w:trHeight w:val="588"/>
        </w:trPr>
        <w:tc>
          <w:tcPr>
            <w:tcW w:w="3656" w:type="dxa"/>
          </w:tcPr>
          <w:p w14:paraId="56685F2E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實習職稱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Internship Position</w:t>
            </w:r>
          </w:p>
        </w:tc>
        <w:tc>
          <w:tcPr>
            <w:tcW w:w="6148" w:type="dxa"/>
          </w:tcPr>
          <w:p w14:paraId="7D1858B3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220BECB9" w14:textId="77777777" w:rsidTr="00EC132A">
        <w:trPr>
          <w:trHeight w:val="560"/>
        </w:trPr>
        <w:tc>
          <w:tcPr>
            <w:tcW w:w="3656" w:type="dxa"/>
          </w:tcPr>
          <w:p w14:paraId="3A75EDDF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實習期間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Internship Period</w:t>
            </w:r>
          </w:p>
        </w:tc>
        <w:tc>
          <w:tcPr>
            <w:tcW w:w="6148" w:type="dxa"/>
          </w:tcPr>
          <w:p w14:paraId="593359E1" w14:textId="3C451DEA" w:rsidR="004B3714" w:rsidRPr="00EC132A" w:rsidRDefault="00583910" w:rsidP="00EC132A">
            <w:pPr>
              <w:ind w:firstLineChars="200" w:firstLine="480"/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年</w:t>
            </w:r>
            <w:r w:rsidR="00EC132A">
              <w:rPr>
                <w:rFonts w:ascii="Times New Roman" w:eastAsia="SimSun" w:hAnsi="Times New Roman" w:hint="eastAsia"/>
                <w:sz w:val="24"/>
                <w:szCs w:val="24"/>
                <w:lang w:eastAsia="zh-CN"/>
              </w:rPr>
              <w:t xml:space="preserve">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="00EC132A">
              <w:rPr>
                <w:rFonts w:ascii="Times New Roman" w:eastAsia="標楷體" w:hAnsi="Times New Roman"/>
                <w:sz w:val="24"/>
                <w:szCs w:val="24"/>
              </w:rPr>
              <w:t xml:space="preserve">     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月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/ </w:t>
            </w:r>
            <w:r w:rsidR="00EC132A">
              <w:rPr>
                <w:rFonts w:ascii="Times New Roman" w:eastAsia="標楷體" w:hAnsi="Times New Roman"/>
                <w:sz w:val="24"/>
                <w:szCs w:val="24"/>
              </w:rPr>
              <w:t xml:space="preserve">      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日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 ~ </w:t>
            </w:r>
            <w:r w:rsidR="00EC132A">
              <w:rPr>
                <w:rFonts w:ascii="Times New Roman" w:eastAsia="標楷體" w:hAnsi="Times New Roman"/>
                <w:sz w:val="24"/>
                <w:szCs w:val="24"/>
              </w:rPr>
              <w:t xml:space="preserve">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</w:t>
            </w:r>
            <w:r w:rsidR="00EC132A">
              <w:rPr>
                <w:rFonts w:ascii="Times New Roman" w:eastAsia="標楷體" w:hAnsi="Times New Roman"/>
                <w:sz w:val="24"/>
                <w:szCs w:val="24"/>
              </w:rPr>
              <w:t xml:space="preserve">   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年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/ </w:t>
            </w:r>
            <w:r w:rsidR="00EC132A">
              <w:rPr>
                <w:rFonts w:ascii="Times New Roman" w:eastAsia="標楷體" w:hAnsi="Times New Roman"/>
                <w:sz w:val="24"/>
                <w:szCs w:val="24"/>
              </w:rPr>
              <w:t xml:space="preserve">    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月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/ </w:t>
            </w:r>
            <w:r w:rsidR="00EC132A">
              <w:rPr>
                <w:rFonts w:ascii="Times New Roman" w:eastAsia="標楷體" w:hAnsi="Times New Roman"/>
                <w:sz w:val="24"/>
                <w:szCs w:val="24"/>
              </w:rPr>
              <w:t xml:space="preserve">     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日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</w:t>
            </w:r>
          </w:p>
        </w:tc>
      </w:tr>
      <w:tr w:rsidR="004B3714" w:rsidRPr="00EC132A" w14:paraId="56FA0D1E" w14:textId="77777777" w:rsidTr="00EC132A">
        <w:trPr>
          <w:trHeight w:val="588"/>
        </w:trPr>
        <w:tc>
          <w:tcPr>
            <w:tcW w:w="3656" w:type="dxa"/>
          </w:tcPr>
          <w:p w14:paraId="3E8542D5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每週實習時數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Hours per Week</w:t>
            </w:r>
          </w:p>
        </w:tc>
        <w:tc>
          <w:tcPr>
            <w:tcW w:w="6148" w:type="dxa"/>
          </w:tcPr>
          <w:p w14:paraId="1961C61D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約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________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小時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週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(Hours/Week)</w:t>
            </w:r>
          </w:p>
        </w:tc>
      </w:tr>
      <w:tr w:rsidR="004B3714" w:rsidRPr="00EC132A" w14:paraId="51DE595D" w14:textId="77777777" w:rsidTr="00EC132A">
        <w:trPr>
          <w:trHeight w:val="2245"/>
        </w:trPr>
        <w:tc>
          <w:tcPr>
            <w:tcW w:w="3656" w:type="dxa"/>
          </w:tcPr>
          <w:p w14:paraId="51D615C8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實習來源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Internship Source</w:t>
            </w:r>
          </w:p>
        </w:tc>
        <w:tc>
          <w:tcPr>
            <w:tcW w:w="6148" w:type="dxa"/>
          </w:tcPr>
          <w:p w14:paraId="1D0E8A5A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□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自行尋找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Self-found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br/>
              <w:t xml:space="preserve">□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學校／系所推薦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University/Department Recommendation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br/>
              <w:t xml:space="preserve">□ 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其他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Other: ________</w:t>
            </w:r>
          </w:p>
        </w:tc>
      </w:tr>
    </w:tbl>
    <w:p w14:paraId="5A17273D" w14:textId="77777777" w:rsidR="004B3714" w:rsidRPr="00EC132A" w:rsidRDefault="00583910">
      <w:pPr>
        <w:keepNext/>
        <w:spacing w:before="240" w:after="80"/>
        <w:rPr>
          <w:rFonts w:ascii="Times New Roman" w:eastAsia="標楷體" w:hAnsi="Times New Roman"/>
          <w:sz w:val="24"/>
          <w:szCs w:val="24"/>
        </w:rPr>
      </w:pPr>
      <w:proofErr w:type="spellStart"/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lastRenderedPageBreak/>
        <w:t>三、實習單位聯絡資訊</w:t>
      </w:r>
      <w:proofErr w:type="spellEnd"/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 xml:space="preserve"> </w:t>
      </w:r>
      <w:r w:rsidRPr="00EC132A">
        <w:rPr>
          <w:rFonts w:ascii="Times New Roman" w:eastAsia="標楷體" w:hAnsi="Times New Roman"/>
          <w:b/>
          <w:i/>
          <w:color w:val="4682B4"/>
          <w:sz w:val="24"/>
          <w:szCs w:val="24"/>
        </w:rPr>
        <w:t>/ Contact Information of Internship Host</w:t>
      </w:r>
    </w:p>
    <w:p w14:paraId="454942ED" w14:textId="77777777" w:rsidR="004B3714" w:rsidRPr="00EC132A" w:rsidRDefault="00583910">
      <w:pPr>
        <w:spacing w:after="80"/>
        <w:rPr>
          <w:rFonts w:ascii="Times New Roman" w:eastAsia="標楷體" w:hAnsi="Times New Roman"/>
          <w:sz w:val="24"/>
          <w:szCs w:val="24"/>
        </w:rPr>
      </w:pPr>
      <w:r w:rsidRPr="00EC132A">
        <w:rPr>
          <w:rFonts w:ascii="Times New Roman" w:eastAsia="標楷體" w:hAnsi="Times New Roman"/>
          <w:i/>
          <w:color w:val="646464"/>
          <w:sz w:val="24"/>
          <w:szCs w:val="24"/>
          <w:lang w:eastAsia="zh-TW"/>
        </w:rPr>
        <w:t xml:space="preserve">※ </w:t>
      </w:r>
      <w:r w:rsidRPr="00EC132A">
        <w:rPr>
          <w:rFonts w:ascii="Times New Roman" w:eastAsia="標楷體" w:hAnsi="Times New Roman"/>
          <w:i/>
          <w:color w:val="646464"/>
          <w:sz w:val="24"/>
          <w:szCs w:val="24"/>
          <w:lang w:eastAsia="zh-TW"/>
        </w:rPr>
        <w:t>為進行實習場域調查，請提供實習單位聯絡窗口資訊。</w:t>
      </w:r>
      <w:r w:rsidRPr="00EC132A">
        <w:rPr>
          <w:rFonts w:ascii="Times New Roman" w:eastAsia="標楷體" w:hAnsi="Times New Roman"/>
          <w:i/>
          <w:color w:val="646464"/>
          <w:sz w:val="24"/>
          <w:szCs w:val="24"/>
          <w:lang w:eastAsia="zh-TW"/>
        </w:rPr>
        <w:br/>
      </w:r>
      <w:r w:rsidRPr="00EC132A">
        <w:rPr>
          <w:rFonts w:ascii="Times New Roman" w:eastAsia="標楷體" w:hAnsi="Times New Roman"/>
          <w:i/>
          <w:color w:val="646464"/>
          <w:sz w:val="24"/>
          <w:szCs w:val="24"/>
        </w:rPr>
        <w:t xml:space="preserve">*Please provide the contact details of your host organization for field survey </w:t>
      </w:r>
      <w:proofErr w:type="gramStart"/>
      <w:r w:rsidRPr="00EC132A">
        <w:rPr>
          <w:rFonts w:ascii="Times New Roman" w:eastAsia="標楷體" w:hAnsi="Times New Roman"/>
          <w:i/>
          <w:color w:val="646464"/>
          <w:sz w:val="24"/>
          <w:szCs w:val="24"/>
        </w:rPr>
        <w:t>purposes.*</w:t>
      </w:r>
      <w:proofErr w:type="gramEnd"/>
    </w:p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3478"/>
        <w:gridCol w:w="5983"/>
      </w:tblGrid>
      <w:tr w:rsidR="004B3714" w:rsidRPr="00EC132A" w14:paraId="0853BEB1" w14:textId="77777777" w:rsidTr="00EC132A">
        <w:trPr>
          <w:trHeight w:val="1140"/>
        </w:trPr>
        <w:tc>
          <w:tcPr>
            <w:tcW w:w="3478" w:type="dxa"/>
          </w:tcPr>
          <w:p w14:paraId="35F0DD5F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聯絡人姓名</w:t>
            </w:r>
            <w:proofErr w:type="spellEnd"/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Contact Person Name</w:t>
            </w:r>
          </w:p>
        </w:tc>
        <w:tc>
          <w:tcPr>
            <w:tcW w:w="5983" w:type="dxa"/>
          </w:tcPr>
          <w:p w14:paraId="746957A1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5B88200F" w14:textId="77777777" w:rsidTr="00EC132A">
        <w:trPr>
          <w:trHeight w:val="585"/>
        </w:trPr>
        <w:tc>
          <w:tcPr>
            <w:tcW w:w="3478" w:type="dxa"/>
          </w:tcPr>
          <w:p w14:paraId="0FC741E1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職稱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Position / Title</w:t>
            </w:r>
          </w:p>
        </w:tc>
        <w:tc>
          <w:tcPr>
            <w:tcW w:w="5983" w:type="dxa"/>
          </w:tcPr>
          <w:p w14:paraId="6A370357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1719759E" w14:textId="77777777" w:rsidTr="00EC132A">
        <w:trPr>
          <w:trHeight w:val="1140"/>
        </w:trPr>
        <w:tc>
          <w:tcPr>
            <w:tcW w:w="3478" w:type="dxa"/>
          </w:tcPr>
          <w:p w14:paraId="1042B82B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聯絡電話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Contact Phone Number</w:t>
            </w:r>
          </w:p>
        </w:tc>
        <w:tc>
          <w:tcPr>
            <w:tcW w:w="5983" w:type="dxa"/>
          </w:tcPr>
          <w:p w14:paraId="6A9FFF7E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B3714" w:rsidRPr="00EC132A" w14:paraId="6781EAEA" w14:textId="77777777" w:rsidTr="00EC132A">
        <w:trPr>
          <w:trHeight w:val="585"/>
        </w:trPr>
        <w:tc>
          <w:tcPr>
            <w:tcW w:w="3478" w:type="dxa"/>
          </w:tcPr>
          <w:p w14:paraId="46C1F701" w14:textId="77777777" w:rsidR="004B3714" w:rsidRPr="00EC132A" w:rsidRDefault="00583910">
            <w:pPr>
              <w:rPr>
                <w:rFonts w:ascii="Times New Roman" w:eastAsia="標楷體" w:hAnsi="Times New Roman"/>
                <w:sz w:val="24"/>
                <w:szCs w:val="24"/>
              </w:rPr>
            </w:pP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>電子郵件</w:t>
            </w:r>
            <w:r w:rsidRPr="00EC132A">
              <w:rPr>
                <w:rFonts w:ascii="Times New Roman" w:eastAsia="標楷體" w:hAnsi="Times New Roman"/>
                <w:sz w:val="24"/>
                <w:szCs w:val="24"/>
              </w:rPr>
              <w:t xml:space="preserve"> / Email</w:t>
            </w:r>
          </w:p>
        </w:tc>
        <w:tc>
          <w:tcPr>
            <w:tcW w:w="5983" w:type="dxa"/>
          </w:tcPr>
          <w:p w14:paraId="1A2DBB94" w14:textId="77777777" w:rsidR="004B3714" w:rsidRPr="00EC132A" w:rsidRDefault="004B371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</w:tbl>
    <w:p w14:paraId="7E1DFE27" w14:textId="1695F8E8" w:rsidR="004B3714" w:rsidRPr="00EC132A" w:rsidRDefault="00EC132A" w:rsidP="00EC132A">
      <w:pPr>
        <w:spacing w:after="40"/>
        <w:rPr>
          <w:rFonts w:ascii="Times New Roman" w:eastAsia="標楷體" w:hAnsi="Times New Roman"/>
          <w:sz w:val="24"/>
          <w:szCs w:val="24"/>
        </w:rPr>
      </w:pPr>
      <w:r>
        <w:rPr>
          <w:rFonts w:ascii="Times New Roman" w:eastAsia="標楷體" w:hAnsi="Times New Roman"/>
          <w:b/>
          <w:color w:val="003366"/>
          <w:sz w:val="24"/>
          <w:szCs w:val="24"/>
        </w:rPr>
        <w:br/>
      </w:r>
      <w:proofErr w:type="spellStart"/>
      <w:r w:rsidR="00583910" w:rsidRPr="00EC132A">
        <w:rPr>
          <w:rFonts w:ascii="Times New Roman" w:eastAsia="標楷體" w:hAnsi="Times New Roman"/>
          <w:b/>
          <w:color w:val="003366"/>
          <w:sz w:val="24"/>
          <w:szCs w:val="24"/>
        </w:rPr>
        <w:t>四、申請文件檢核</w:t>
      </w:r>
      <w:proofErr w:type="spellEnd"/>
      <w:r w:rsidR="00583910" w:rsidRPr="00EC132A">
        <w:rPr>
          <w:rFonts w:ascii="Times New Roman" w:eastAsia="標楷體" w:hAnsi="Times New Roman"/>
          <w:b/>
          <w:color w:val="003366"/>
          <w:sz w:val="24"/>
          <w:szCs w:val="24"/>
        </w:rPr>
        <w:t xml:space="preserve"> </w:t>
      </w:r>
      <w:r w:rsidR="00583910" w:rsidRPr="00EC132A">
        <w:rPr>
          <w:rFonts w:ascii="Times New Roman" w:eastAsia="標楷體" w:hAnsi="Times New Roman"/>
          <w:b/>
          <w:i/>
          <w:color w:val="4682B4"/>
          <w:sz w:val="24"/>
          <w:szCs w:val="24"/>
        </w:rPr>
        <w:t>/ Application Document Checklist</w:t>
      </w:r>
    </w:p>
    <w:p w14:paraId="5FAC14A1" w14:textId="771C1959" w:rsidR="004B3714" w:rsidRPr="00EC132A" w:rsidRDefault="00583910">
      <w:pPr>
        <w:spacing w:after="80"/>
        <w:rPr>
          <w:rFonts w:ascii="Times New Roman" w:eastAsia="標楷體" w:hAnsi="Times New Roman"/>
          <w:sz w:val="24"/>
          <w:szCs w:val="24"/>
        </w:rPr>
      </w:pPr>
      <w:r w:rsidRPr="00EC132A">
        <w:rPr>
          <w:rFonts w:ascii="Times New Roman" w:eastAsia="標楷體" w:hAnsi="Times New Roman"/>
          <w:i/>
          <w:color w:val="505050"/>
          <w:sz w:val="24"/>
          <w:szCs w:val="24"/>
        </w:rPr>
        <w:t>請確認是否已檢附以下文件</w:t>
      </w:r>
      <w:r w:rsidRPr="00EC132A">
        <w:rPr>
          <w:rFonts w:ascii="Times New Roman" w:eastAsia="標楷體" w:hAnsi="Times New Roman"/>
          <w:i/>
          <w:color w:val="505050"/>
          <w:sz w:val="24"/>
          <w:szCs w:val="24"/>
        </w:rPr>
        <w:t xml:space="preserve"> / Please confirm whether the following documents are attached:</w:t>
      </w:r>
    </w:p>
    <w:p w14:paraId="67A04512" w14:textId="0C0558A8" w:rsidR="004B3714" w:rsidRPr="00EC132A" w:rsidRDefault="00583910">
      <w:pPr>
        <w:spacing w:after="120"/>
        <w:rPr>
          <w:rFonts w:ascii="Times New Roman" w:eastAsia="標楷體" w:hAnsi="Times New Roman"/>
          <w:sz w:val="24"/>
          <w:szCs w:val="24"/>
        </w:rPr>
      </w:pPr>
      <w:r w:rsidRPr="00EC132A">
        <w:rPr>
          <w:rFonts w:ascii="Times New Roman" w:eastAsia="標楷體" w:hAnsi="Times New Roman"/>
          <w:b/>
          <w:sz w:val="32"/>
          <w:szCs w:val="32"/>
        </w:rPr>
        <w:t>□</w:t>
      </w:r>
      <w:r w:rsidRPr="00EC132A">
        <w:rPr>
          <w:rFonts w:ascii="Times New Roman" w:eastAsia="標楷體" w:hAnsi="Times New Roman"/>
          <w:b/>
          <w:sz w:val="24"/>
          <w:szCs w:val="24"/>
        </w:rPr>
        <w:t xml:space="preserve"> </w:t>
      </w:r>
      <w:r w:rsidRPr="00EC132A">
        <w:rPr>
          <w:rFonts w:ascii="Times New Roman" w:eastAsia="標楷體" w:hAnsi="Times New Roman"/>
          <w:b/>
          <w:sz w:val="24"/>
          <w:szCs w:val="24"/>
        </w:rPr>
        <w:t>實習證明</w:t>
      </w:r>
      <w:r w:rsidRPr="00EC132A">
        <w:rPr>
          <w:rFonts w:ascii="Times New Roman" w:eastAsia="標楷體" w:hAnsi="Times New Roman"/>
          <w:b/>
          <w:sz w:val="24"/>
          <w:szCs w:val="24"/>
        </w:rPr>
        <w:t xml:space="preserve"> / </w:t>
      </w:r>
      <w:r w:rsidRPr="00EC132A">
        <w:rPr>
          <w:rFonts w:ascii="Times New Roman" w:eastAsia="標楷體" w:hAnsi="Times New Roman"/>
          <w:b/>
          <w:sz w:val="24"/>
          <w:szCs w:val="24"/>
        </w:rPr>
        <w:t>Internship Certificate</w:t>
      </w:r>
      <w:r w:rsidRPr="00EC132A">
        <w:rPr>
          <w:rFonts w:ascii="Times New Roman" w:eastAsia="標楷體" w:hAnsi="Times New Roman"/>
          <w:b/>
          <w:sz w:val="24"/>
          <w:szCs w:val="24"/>
        </w:rPr>
        <w:br/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 xml:space="preserve">   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>（可使用本計畫提供之實習證明範本，或提供實習單位正式出具之證明文件）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br/>
      </w:r>
      <w:proofErr w:type="gramStart"/>
      <w:r w:rsidRPr="00EC132A">
        <w:rPr>
          <w:rFonts w:ascii="Times New Roman" w:eastAsia="標楷體" w:hAnsi="Times New Roman"/>
          <w:color w:val="646464"/>
          <w:sz w:val="24"/>
          <w:szCs w:val="24"/>
        </w:rPr>
        <w:t xml:space="preserve">   (</w:t>
      </w:r>
      <w:proofErr w:type="gramEnd"/>
      <w:r w:rsidRPr="00EC132A">
        <w:rPr>
          <w:rFonts w:ascii="Times New Roman" w:eastAsia="標楷體" w:hAnsi="Times New Roman"/>
          <w:color w:val="646464"/>
          <w:sz w:val="24"/>
          <w:szCs w:val="24"/>
        </w:rPr>
        <w:t>You may use the program template or provide an official certificate issued by the host organization.)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br/>
      </w:r>
      <w:r w:rsidRPr="00EC132A">
        <w:rPr>
          <w:rFonts w:ascii="Times New Roman" w:eastAsia="標楷體" w:hAnsi="Times New Roman"/>
          <w:b/>
          <w:sz w:val="32"/>
          <w:szCs w:val="32"/>
        </w:rPr>
        <w:t>□</w:t>
      </w:r>
      <w:r w:rsidRPr="00EC132A">
        <w:rPr>
          <w:rFonts w:ascii="Times New Roman" w:eastAsia="標楷體" w:hAnsi="Times New Roman"/>
          <w:b/>
          <w:sz w:val="24"/>
          <w:szCs w:val="24"/>
        </w:rPr>
        <w:t xml:space="preserve"> </w:t>
      </w:r>
      <w:r w:rsidRPr="00EC132A">
        <w:rPr>
          <w:rFonts w:ascii="Times New Roman" w:eastAsia="標楷體" w:hAnsi="Times New Roman"/>
          <w:b/>
          <w:sz w:val="24"/>
          <w:szCs w:val="24"/>
        </w:rPr>
        <w:t>實習成果或心得</w:t>
      </w:r>
      <w:r w:rsidRPr="00EC132A">
        <w:rPr>
          <w:rFonts w:ascii="Times New Roman" w:eastAsia="標楷體" w:hAnsi="Times New Roman"/>
          <w:b/>
          <w:sz w:val="24"/>
          <w:szCs w:val="24"/>
        </w:rPr>
        <w:t xml:space="preserve"> / Internship Report or Reflection</w:t>
      </w:r>
      <w:r w:rsidRPr="00EC132A">
        <w:rPr>
          <w:rFonts w:ascii="Times New Roman" w:eastAsia="標楷體" w:hAnsi="Times New Roman"/>
          <w:b/>
          <w:sz w:val="24"/>
          <w:szCs w:val="24"/>
        </w:rPr>
        <w:br/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 xml:space="preserve">   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>（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>PDF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>／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>Word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>格式皆可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 xml:space="preserve"> / Accepted in either PDF or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 xml:space="preserve"> Word format.</w:t>
      </w:r>
      <w:r w:rsidRPr="00EC132A">
        <w:rPr>
          <w:rFonts w:ascii="Times New Roman" w:eastAsia="標楷體" w:hAnsi="Times New Roman"/>
          <w:color w:val="646464"/>
          <w:sz w:val="24"/>
          <w:szCs w:val="24"/>
        </w:rPr>
        <w:t>）</w:t>
      </w:r>
    </w:p>
    <w:p w14:paraId="07F5915F" w14:textId="77777777" w:rsidR="00EC132A" w:rsidRDefault="00EC132A" w:rsidP="00EC132A">
      <w:pPr>
        <w:spacing w:after="40"/>
        <w:rPr>
          <w:rFonts w:ascii="Times New Roman" w:eastAsia="標楷體" w:hAnsi="Times New Roman"/>
          <w:b/>
          <w:color w:val="003366"/>
          <w:sz w:val="24"/>
          <w:szCs w:val="24"/>
        </w:rPr>
      </w:pPr>
    </w:p>
    <w:p w14:paraId="0A86A28D" w14:textId="0AF22EAE" w:rsidR="004B3714" w:rsidRPr="00EC132A" w:rsidRDefault="00583910" w:rsidP="00EC132A">
      <w:pPr>
        <w:spacing w:after="40"/>
        <w:rPr>
          <w:rFonts w:ascii="Times New Roman" w:eastAsia="標楷體" w:hAnsi="Times New Roman"/>
          <w:sz w:val="24"/>
          <w:szCs w:val="24"/>
        </w:rPr>
      </w:pPr>
      <w:proofErr w:type="spellStart"/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>五、獎勵品領取資訊</w:t>
      </w:r>
      <w:proofErr w:type="spellEnd"/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 xml:space="preserve"> </w:t>
      </w:r>
      <w:r w:rsidRPr="00EC132A">
        <w:rPr>
          <w:rFonts w:ascii="Times New Roman" w:eastAsia="標楷體" w:hAnsi="Times New Roman"/>
          <w:b/>
          <w:i/>
          <w:color w:val="4682B4"/>
          <w:sz w:val="24"/>
          <w:szCs w:val="24"/>
        </w:rPr>
        <w:t>/ Incentive Collection Details</w:t>
      </w:r>
    </w:p>
    <w:p w14:paraId="573FCC90" w14:textId="77777777" w:rsidR="00EC132A" w:rsidRDefault="00583910">
      <w:pPr>
        <w:spacing w:after="80"/>
        <w:rPr>
          <w:rFonts w:ascii="Times New Roman" w:eastAsia="標楷體" w:hAnsi="Times New Roman"/>
          <w:b/>
          <w:sz w:val="24"/>
          <w:szCs w:val="24"/>
        </w:rPr>
      </w:pPr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>獎勵品</w:t>
      </w:r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 xml:space="preserve"> / Incentive Item:</w:t>
      </w:r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br/>
      </w:r>
      <w:r w:rsidRPr="00EC132A">
        <w:rPr>
          <w:rFonts w:ascii="Segoe UI Emoji" w:eastAsia="標楷體" w:hAnsi="Segoe UI Emoji" w:cs="Segoe UI Emoji"/>
          <w:b/>
          <w:sz w:val="24"/>
          <w:szCs w:val="24"/>
        </w:rPr>
        <w:t>🎁</w:t>
      </w:r>
      <w:r w:rsidRPr="00EC132A">
        <w:rPr>
          <w:rFonts w:ascii="Times New Roman" w:eastAsia="標楷體" w:hAnsi="Times New Roman"/>
          <w:b/>
          <w:sz w:val="24"/>
          <w:szCs w:val="24"/>
        </w:rPr>
        <w:t xml:space="preserve"> </w:t>
      </w:r>
      <w:r w:rsidRPr="00EC132A">
        <w:rPr>
          <w:rFonts w:ascii="Times New Roman" w:eastAsia="標楷體" w:hAnsi="Times New Roman"/>
          <w:b/>
          <w:sz w:val="24"/>
          <w:szCs w:val="24"/>
        </w:rPr>
        <w:t>國立中山大學特色積木一份（價值新臺幣</w:t>
      </w:r>
      <w:r w:rsidRPr="00EC132A">
        <w:rPr>
          <w:rFonts w:ascii="Times New Roman" w:eastAsia="標楷體" w:hAnsi="Times New Roman"/>
          <w:b/>
          <w:sz w:val="24"/>
          <w:szCs w:val="24"/>
        </w:rPr>
        <w:t>399</w:t>
      </w:r>
      <w:r w:rsidRPr="00EC132A">
        <w:rPr>
          <w:rFonts w:ascii="Times New Roman" w:eastAsia="標楷體" w:hAnsi="Times New Roman"/>
          <w:b/>
          <w:sz w:val="24"/>
          <w:szCs w:val="24"/>
        </w:rPr>
        <w:t>元）</w:t>
      </w:r>
      <w:r w:rsidRPr="00EC132A">
        <w:rPr>
          <w:rFonts w:ascii="Times New Roman" w:eastAsia="標楷體" w:hAnsi="Times New Roman"/>
          <w:b/>
          <w:sz w:val="24"/>
          <w:szCs w:val="24"/>
        </w:rPr>
        <w:br/>
        <w:t xml:space="preserve">    One set of NSYSU Special Edition Building Blocks (valued at NT$399)</w:t>
      </w:r>
    </w:p>
    <w:p w14:paraId="6A16BAFC" w14:textId="596D7574" w:rsidR="004B3714" w:rsidRDefault="00583910">
      <w:pPr>
        <w:spacing w:after="80"/>
        <w:rPr>
          <w:rFonts w:ascii="Times New Roman" w:eastAsia="標楷體" w:hAnsi="Times New Roman"/>
          <w:i/>
          <w:color w:val="787878"/>
          <w:sz w:val="24"/>
          <w:szCs w:val="24"/>
        </w:rPr>
      </w:pPr>
      <w:r w:rsidRPr="00EC132A">
        <w:rPr>
          <w:rFonts w:ascii="Times New Roman" w:eastAsia="標楷體" w:hAnsi="Times New Roman"/>
          <w:b/>
          <w:sz w:val="24"/>
          <w:szCs w:val="24"/>
        </w:rPr>
        <w:br/>
      </w:r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>領取方式</w:t>
      </w:r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 xml:space="preserve"> / Collection Method:</w:t>
      </w:r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br/>
      </w:r>
      <w:r w:rsidRPr="00EC132A">
        <w:rPr>
          <w:rFonts w:ascii="Times New Roman" w:eastAsia="標楷體" w:hAnsi="Times New Roman"/>
          <w:sz w:val="32"/>
          <w:szCs w:val="32"/>
        </w:rPr>
        <w:t>□</w:t>
      </w:r>
      <w:r w:rsidRPr="00EC132A">
        <w:rPr>
          <w:rFonts w:ascii="Times New Roman" w:eastAsia="標楷體" w:hAnsi="Times New Roman"/>
          <w:sz w:val="24"/>
          <w:szCs w:val="24"/>
        </w:rPr>
        <w:t xml:space="preserve"> </w:t>
      </w:r>
      <w:r w:rsidRPr="00EC132A">
        <w:rPr>
          <w:rFonts w:ascii="Times New Roman" w:eastAsia="標楷體" w:hAnsi="Times New Roman"/>
          <w:sz w:val="24"/>
          <w:szCs w:val="24"/>
        </w:rPr>
        <w:t>本人至承辦單位領取</w:t>
      </w:r>
      <w:r w:rsidRPr="00EC132A">
        <w:rPr>
          <w:rFonts w:ascii="Times New Roman" w:eastAsia="標楷體" w:hAnsi="Times New Roman"/>
          <w:sz w:val="24"/>
          <w:szCs w:val="24"/>
        </w:rPr>
        <w:t xml:space="preserve"> / Collect in person at the Office of </w:t>
      </w:r>
      <w:r w:rsidRPr="00EC132A">
        <w:rPr>
          <w:rFonts w:ascii="Times New Roman" w:eastAsia="標楷體" w:hAnsi="Times New Roman"/>
          <w:sz w:val="24"/>
          <w:szCs w:val="24"/>
        </w:rPr>
        <w:t>International Affairs</w:t>
      </w:r>
      <w:r w:rsidRPr="00EC132A">
        <w:rPr>
          <w:rFonts w:ascii="Times New Roman" w:eastAsia="標楷體" w:hAnsi="Times New Roman"/>
          <w:sz w:val="24"/>
          <w:szCs w:val="24"/>
        </w:rPr>
        <w:br/>
      </w:r>
      <w:r w:rsidRPr="00EC132A">
        <w:rPr>
          <w:rFonts w:ascii="Times New Roman" w:eastAsia="標楷體" w:hAnsi="Times New Roman"/>
          <w:sz w:val="32"/>
          <w:szCs w:val="32"/>
        </w:rPr>
        <w:t>□</w:t>
      </w:r>
      <w:r w:rsidRPr="00EC132A">
        <w:rPr>
          <w:rFonts w:ascii="Times New Roman" w:eastAsia="標楷體" w:hAnsi="Times New Roman"/>
          <w:sz w:val="24"/>
          <w:szCs w:val="24"/>
        </w:rPr>
        <w:t xml:space="preserve"> </w:t>
      </w:r>
      <w:proofErr w:type="spellStart"/>
      <w:r w:rsidRPr="00EC132A">
        <w:rPr>
          <w:rFonts w:ascii="Times New Roman" w:eastAsia="標楷體" w:hAnsi="Times New Roman"/>
          <w:sz w:val="24"/>
          <w:szCs w:val="24"/>
        </w:rPr>
        <w:t>其他</w:t>
      </w:r>
      <w:proofErr w:type="spellEnd"/>
      <w:r w:rsidRPr="00EC132A">
        <w:rPr>
          <w:rFonts w:ascii="Times New Roman" w:eastAsia="標楷體" w:hAnsi="Times New Roman"/>
          <w:sz w:val="24"/>
          <w:szCs w:val="24"/>
        </w:rPr>
        <w:t xml:space="preserve"> / Other: ________________________</w:t>
      </w:r>
      <w:r w:rsidRPr="00EC132A">
        <w:rPr>
          <w:rFonts w:ascii="Times New Roman" w:eastAsia="標楷體" w:hAnsi="Times New Roman"/>
          <w:sz w:val="24"/>
          <w:szCs w:val="24"/>
        </w:rPr>
        <w:br/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t xml:space="preserve">※ 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t>每位學生每學期限申請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t>1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t>次。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t xml:space="preserve"> / Each student may apply once per semester.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br/>
        <w:t xml:space="preserve">※ 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t>獎勵品數量有限，送完為止。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t xml:space="preserve"> / Quantities are limited and available while supplies last.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br/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  <w:lang w:eastAsia="zh-TW"/>
        </w:rPr>
        <w:t xml:space="preserve">※ 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  <w:lang w:eastAsia="zh-TW"/>
        </w:rPr>
        <w:t>實際獎勵品樣式依當年度計畫及實際提供之品項為準。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  <w:lang w:eastAsia="zh-TW"/>
        </w:rPr>
        <w:t xml:space="preserve"> 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t>/ The actual item provided is s</w:t>
      </w:r>
      <w:r w:rsidRPr="00EC132A">
        <w:rPr>
          <w:rFonts w:ascii="Times New Roman" w:eastAsia="標楷體" w:hAnsi="Times New Roman"/>
          <w:i/>
          <w:color w:val="787878"/>
          <w:sz w:val="24"/>
          <w:szCs w:val="24"/>
        </w:rPr>
        <w:t>ubject to current program provisions.</w:t>
      </w:r>
    </w:p>
    <w:p w14:paraId="65D77AFC" w14:textId="77777777" w:rsidR="00EC132A" w:rsidRPr="00EC132A" w:rsidRDefault="00EC132A">
      <w:pPr>
        <w:spacing w:after="80"/>
        <w:rPr>
          <w:rFonts w:ascii="Times New Roman" w:eastAsia="標楷體" w:hAnsi="Times New Roman"/>
          <w:sz w:val="24"/>
          <w:szCs w:val="24"/>
        </w:rPr>
      </w:pPr>
    </w:p>
    <w:p w14:paraId="0510457E" w14:textId="77777777" w:rsidR="004B3714" w:rsidRPr="00EC132A" w:rsidRDefault="00583910">
      <w:pPr>
        <w:keepNext/>
        <w:spacing w:before="240" w:after="80"/>
        <w:rPr>
          <w:rFonts w:ascii="Times New Roman" w:eastAsia="標楷體" w:hAnsi="Times New Roman"/>
          <w:sz w:val="24"/>
          <w:szCs w:val="24"/>
        </w:rPr>
      </w:pPr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lastRenderedPageBreak/>
        <w:t>六、申請人聲明與同意事項</w:t>
      </w:r>
      <w:r w:rsidRPr="00EC132A">
        <w:rPr>
          <w:rFonts w:ascii="Times New Roman" w:eastAsia="標楷體" w:hAnsi="Times New Roman"/>
          <w:b/>
          <w:color w:val="003366"/>
          <w:sz w:val="24"/>
          <w:szCs w:val="24"/>
        </w:rPr>
        <w:t xml:space="preserve"> </w:t>
      </w:r>
      <w:r w:rsidRPr="00EC132A">
        <w:rPr>
          <w:rFonts w:ascii="Times New Roman" w:eastAsia="標楷體" w:hAnsi="Times New Roman"/>
          <w:b/>
          <w:i/>
          <w:color w:val="4682B4"/>
          <w:sz w:val="24"/>
          <w:szCs w:val="24"/>
        </w:rPr>
        <w:t>/ Applicant Declaration and Consent</w:t>
      </w:r>
    </w:p>
    <w:p w14:paraId="5C46B47C" w14:textId="178D7F4B" w:rsidR="004B3714" w:rsidRPr="00EC132A" w:rsidRDefault="00583910">
      <w:pPr>
        <w:spacing w:after="160"/>
        <w:rPr>
          <w:rFonts w:ascii="Times New Roman" w:eastAsia="標楷體" w:hAnsi="Times New Roman"/>
          <w:sz w:val="24"/>
          <w:szCs w:val="24"/>
        </w:rPr>
      </w:pPr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 xml:space="preserve">1. </w:t>
      </w:r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>本人確認所提供之申請</w:t>
      </w:r>
      <w:proofErr w:type="gramStart"/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>資料均為真實</w:t>
      </w:r>
      <w:proofErr w:type="gramEnd"/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>且正確，並已完成符合本計畫規定之校外實習。</w:t>
      </w:r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 xml:space="preserve"> </w:t>
      </w:r>
      <w:r w:rsidRPr="00EC132A">
        <w:rPr>
          <w:rFonts w:ascii="Times New Roman" w:eastAsia="標楷體" w:hAnsi="Times New Roman"/>
          <w:color w:val="3C3C3C"/>
          <w:sz w:val="24"/>
          <w:szCs w:val="24"/>
        </w:rPr>
        <w:t>I confirm that all information provided in this application is true and correct, and that I have completed an off-campus inte</w:t>
      </w:r>
      <w:r w:rsidRPr="00EC132A">
        <w:rPr>
          <w:rFonts w:ascii="Times New Roman" w:eastAsia="標楷體" w:hAnsi="Times New Roman"/>
          <w:color w:val="3C3C3C"/>
          <w:sz w:val="24"/>
          <w:szCs w:val="24"/>
        </w:rPr>
        <w:t>rnship that complies with the regulations of this program.</w:t>
      </w:r>
      <w:r w:rsidRPr="00EC132A">
        <w:rPr>
          <w:rFonts w:ascii="Times New Roman" w:eastAsia="標楷體" w:hAnsi="Times New Roman"/>
          <w:color w:val="3C3C3C"/>
          <w:sz w:val="24"/>
          <w:szCs w:val="24"/>
        </w:rPr>
        <w:br/>
      </w:r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 xml:space="preserve">2. </w:t>
      </w:r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>本人同意國立中山大學承辦單位基於本計畫之執行需要，蒐集、處理及利用本人所提供之個人資料及實習相關資訊，並同意承辦單位得依申請資料聯繫本人之實習單位，以確認實習情形及進行實習場域調查。</w:t>
      </w:r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 xml:space="preserve"> </w:t>
      </w:r>
      <w:r w:rsidRPr="00EC132A">
        <w:rPr>
          <w:rFonts w:ascii="Times New Roman" w:eastAsia="標楷體" w:hAnsi="Times New Roman"/>
          <w:color w:val="3C3C3C"/>
          <w:sz w:val="24"/>
          <w:szCs w:val="24"/>
        </w:rPr>
        <w:t>I agree that the organizing unit of NSYSU may collect, process, and use my personal data and inter</w:t>
      </w:r>
      <w:r w:rsidRPr="00EC132A">
        <w:rPr>
          <w:rFonts w:ascii="Times New Roman" w:eastAsia="標楷體" w:hAnsi="Times New Roman"/>
          <w:color w:val="3C3C3C"/>
          <w:sz w:val="24"/>
          <w:szCs w:val="24"/>
        </w:rPr>
        <w:t>nship-related information for the execution of this program. I also agree that the organizing unit may contact my internship host organization to verify internship status and conduct field surveys.</w:t>
      </w:r>
      <w:r w:rsidRPr="00EC132A">
        <w:rPr>
          <w:rFonts w:ascii="Times New Roman" w:eastAsia="標楷體" w:hAnsi="Times New Roman"/>
          <w:color w:val="3C3C3C"/>
          <w:sz w:val="24"/>
          <w:szCs w:val="24"/>
        </w:rPr>
        <w:br/>
      </w:r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 xml:space="preserve">3. </w:t>
      </w:r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>本人已了解並同意遵守「國立中山大學國際學生校外實習獎勵計畫」相關規定，如有提供不實資料或不符合申請資格之情形</w:t>
      </w:r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>，承辦單位得取消其申請及獎勵資格。</w:t>
      </w:r>
      <w:r w:rsidRPr="00EC132A">
        <w:rPr>
          <w:rFonts w:ascii="Times New Roman" w:eastAsia="標楷體" w:hAnsi="Times New Roman"/>
          <w:color w:val="3C3C3C"/>
          <w:sz w:val="24"/>
          <w:szCs w:val="24"/>
          <w:lang w:eastAsia="zh-TW"/>
        </w:rPr>
        <w:t xml:space="preserve"> </w:t>
      </w:r>
      <w:r w:rsidRPr="00EC132A">
        <w:rPr>
          <w:rFonts w:ascii="Times New Roman" w:eastAsia="標楷體" w:hAnsi="Times New Roman"/>
          <w:color w:val="3C3C3C"/>
          <w:sz w:val="24"/>
          <w:szCs w:val="24"/>
        </w:rPr>
        <w:t>I have read, understood, and agreed to abide by the regulations of the 'NSYSU International Student Off-Campus Internship Incentive Program.' If any false information is provided or if I fail to meet the eligibility requirements, the o</w:t>
      </w:r>
      <w:r w:rsidRPr="00EC132A">
        <w:rPr>
          <w:rFonts w:ascii="Times New Roman" w:eastAsia="標楷體" w:hAnsi="Times New Roman"/>
          <w:color w:val="3C3C3C"/>
          <w:sz w:val="24"/>
          <w:szCs w:val="24"/>
        </w:rPr>
        <w:t>rganizing unit reserves the right to disqualify my application and incentive.</w:t>
      </w:r>
    </w:p>
    <w:p w14:paraId="1F86DE5A" w14:textId="4B7EA98A" w:rsidR="004B3714" w:rsidRPr="00EC132A" w:rsidRDefault="00EC132A">
      <w:pPr>
        <w:spacing w:before="240" w:after="80"/>
        <w:rPr>
          <w:rFonts w:ascii="Times New Roman" w:eastAsia="標楷體" w:hAnsi="Times New Roman"/>
          <w:sz w:val="24"/>
          <w:szCs w:val="24"/>
        </w:rPr>
      </w:pPr>
      <w:r>
        <w:rPr>
          <w:rFonts w:ascii="Times New Roman" w:eastAsia="標楷體" w:hAnsi="Times New Roman"/>
          <w:b/>
          <w:sz w:val="24"/>
          <w:szCs w:val="24"/>
        </w:rPr>
        <w:br/>
      </w:r>
      <w:r>
        <w:rPr>
          <w:rFonts w:ascii="Times New Roman" w:eastAsia="標楷體" w:hAnsi="Times New Roman"/>
          <w:b/>
          <w:sz w:val="24"/>
          <w:szCs w:val="24"/>
        </w:rPr>
        <w:br/>
      </w:r>
      <w:proofErr w:type="spellStart"/>
      <w:r w:rsidR="00583910" w:rsidRPr="00EC132A">
        <w:rPr>
          <w:rFonts w:ascii="Times New Roman" w:eastAsia="標楷體" w:hAnsi="Times New Roman"/>
          <w:b/>
          <w:sz w:val="24"/>
          <w:szCs w:val="24"/>
        </w:rPr>
        <w:t>申請人簽名</w:t>
      </w:r>
      <w:proofErr w:type="spellEnd"/>
      <w:r w:rsidR="00583910" w:rsidRPr="00EC132A">
        <w:rPr>
          <w:rFonts w:ascii="Times New Roman" w:eastAsia="標楷體" w:hAnsi="Times New Roman"/>
          <w:b/>
          <w:sz w:val="24"/>
          <w:szCs w:val="24"/>
        </w:rPr>
        <w:t xml:space="preserve"> / Applicant Signature: ______________________   </w:t>
      </w:r>
      <w:r>
        <w:rPr>
          <w:rFonts w:ascii="Times New Roman" w:eastAsia="標楷體" w:hAnsi="Times New Roman"/>
          <w:b/>
          <w:sz w:val="24"/>
          <w:szCs w:val="24"/>
        </w:rPr>
        <w:br/>
      </w:r>
      <w:r w:rsidR="00583910" w:rsidRPr="00EC132A">
        <w:rPr>
          <w:rFonts w:ascii="Times New Roman" w:eastAsia="標楷體" w:hAnsi="Times New Roman"/>
          <w:b/>
          <w:sz w:val="24"/>
          <w:szCs w:val="24"/>
        </w:rPr>
        <w:t xml:space="preserve"> </w:t>
      </w:r>
      <w:r w:rsidR="00583910" w:rsidRPr="00EC132A">
        <w:rPr>
          <w:rFonts w:ascii="Times New Roman" w:eastAsia="標楷體" w:hAnsi="Times New Roman"/>
          <w:b/>
          <w:sz w:val="24"/>
          <w:szCs w:val="24"/>
        </w:rPr>
        <w:t>申請日期</w:t>
      </w:r>
      <w:r w:rsidR="00583910" w:rsidRPr="00EC132A">
        <w:rPr>
          <w:rFonts w:ascii="Times New Roman" w:eastAsia="標楷體" w:hAnsi="Times New Roman"/>
          <w:b/>
          <w:sz w:val="24"/>
          <w:szCs w:val="24"/>
        </w:rPr>
        <w:t xml:space="preserve"> / Application Date: </w:t>
      </w:r>
      <w:r>
        <w:rPr>
          <w:rFonts w:ascii="Times New Roman" w:eastAsia="標楷體" w:hAnsi="Times New Roman"/>
          <w:b/>
          <w:sz w:val="24"/>
          <w:szCs w:val="24"/>
        </w:rPr>
        <w:t xml:space="preserve">              </w:t>
      </w:r>
      <w:r w:rsidRPr="00EC132A">
        <w:rPr>
          <w:rFonts w:ascii="Times New Roman" w:eastAsia="標楷體" w:hAnsi="Times New Roman"/>
          <w:sz w:val="24"/>
          <w:szCs w:val="24"/>
        </w:rPr>
        <w:t>年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 xml:space="preserve"> </w:t>
      </w:r>
      <w:r w:rsidRPr="00EC132A">
        <w:rPr>
          <w:rFonts w:ascii="Times New Roman" w:eastAsia="標楷體" w:hAnsi="Times New Roman"/>
          <w:sz w:val="24"/>
          <w:szCs w:val="24"/>
        </w:rPr>
        <w:t>/</w:t>
      </w:r>
      <w:r>
        <w:rPr>
          <w:rFonts w:ascii="Times New Roman" w:eastAsia="標楷體" w:hAnsi="Times New Roman"/>
          <w:sz w:val="24"/>
          <w:szCs w:val="24"/>
        </w:rPr>
        <w:t xml:space="preserve">      </w:t>
      </w:r>
      <w:r w:rsidRPr="00EC132A">
        <w:rPr>
          <w:rFonts w:ascii="Times New Roman" w:eastAsia="標楷體" w:hAnsi="Times New Roman"/>
          <w:sz w:val="24"/>
          <w:szCs w:val="24"/>
        </w:rPr>
        <w:t xml:space="preserve"> </w:t>
      </w:r>
      <w:r w:rsidRPr="00EC132A">
        <w:rPr>
          <w:rFonts w:ascii="Times New Roman" w:eastAsia="標楷體" w:hAnsi="Times New Roman"/>
          <w:sz w:val="24"/>
          <w:szCs w:val="24"/>
        </w:rPr>
        <w:t>月</w:t>
      </w:r>
      <w:r w:rsidRPr="00EC132A">
        <w:rPr>
          <w:rFonts w:ascii="Times New Roman" w:eastAsia="標楷體" w:hAnsi="Times New Roman"/>
          <w:sz w:val="24"/>
          <w:szCs w:val="24"/>
        </w:rPr>
        <w:t xml:space="preserve">/ </w:t>
      </w:r>
      <w:r>
        <w:rPr>
          <w:rFonts w:ascii="Times New Roman" w:eastAsia="標楷體" w:hAnsi="Times New Roman"/>
          <w:sz w:val="24"/>
          <w:szCs w:val="24"/>
        </w:rPr>
        <w:t xml:space="preserve">       </w:t>
      </w:r>
      <w:r w:rsidRPr="00EC132A">
        <w:rPr>
          <w:rFonts w:ascii="Times New Roman" w:eastAsia="標楷體" w:hAnsi="Times New Roman"/>
          <w:sz w:val="24"/>
          <w:szCs w:val="24"/>
        </w:rPr>
        <w:t>日</w:t>
      </w:r>
      <w:r w:rsidRPr="00EC132A">
        <w:rPr>
          <w:rFonts w:ascii="Times New Roman" w:eastAsia="標楷體" w:hAnsi="Times New Roman"/>
          <w:sz w:val="24"/>
          <w:szCs w:val="24"/>
        </w:rPr>
        <w:t xml:space="preserve">   </w:t>
      </w:r>
    </w:p>
    <w:sectPr w:rsidR="004B3714" w:rsidRPr="00EC132A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8BB21" w14:textId="77777777" w:rsidR="00583910" w:rsidRDefault="00583910" w:rsidP="00EC132A">
      <w:pPr>
        <w:spacing w:after="0" w:line="240" w:lineRule="auto"/>
      </w:pPr>
      <w:r>
        <w:separator/>
      </w:r>
    </w:p>
  </w:endnote>
  <w:endnote w:type="continuationSeparator" w:id="0">
    <w:p w14:paraId="3B615C6B" w14:textId="77777777" w:rsidR="00583910" w:rsidRDefault="00583910" w:rsidP="00EC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1CFF" w14:textId="77777777" w:rsidR="00583910" w:rsidRDefault="00583910" w:rsidP="00EC132A">
      <w:pPr>
        <w:spacing w:after="0" w:line="240" w:lineRule="auto"/>
      </w:pPr>
      <w:r>
        <w:separator/>
      </w:r>
    </w:p>
  </w:footnote>
  <w:footnote w:type="continuationSeparator" w:id="0">
    <w:p w14:paraId="45D16691" w14:textId="77777777" w:rsidR="00583910" w:rsidRDefault="00583910" w:rsidP="00EC1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3714"/>
    <w:rsid w:val="00583910"/>
    <w:rsid w:val="00AA1D8D"/>
    <w:rsid w:val="00B47730"/>
    <w:rsid w:val="00CB0664"/>
    <w:rsid w:val="00EC13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D40160"/>
  <w14:defaultImageDpi w14:val="300"/>
  <w15:docId w15:val="{847E1059-F495-4CD6-AFED-F03093AB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</cp:lastModifiedBy>
  <cp:revision>2</cp:revision>
  <dcterms:created xsi:type="dcterms:W3CDTF">2013-12-23T23:15:00Z</dcterms:created>
  <dcterms:modified xsi:type="dcterms:W3CDTF">2026-09-01T03:13:00Z</dcterms:modified>
  <cp:category/>
</cp:coreProperties>
</file>